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94A6D" w14:textId="77777777" w:rsidR="0015334E" w:rsidRDefault="00000000">
      <w:pPr>
        <w:jc w:val="center"/>
      </w:pPr>
      <w:r>
        <w:rPr>
          <w:b/>
          <w:sz w:val="32"/>
        </w:rPr>
        <w:t>Bűnmegelőzési előadás szülőknek – Mernye</w:t>
      </w:r>
    </w:p>
    <w:p w14:paraId="64D91A5A" w14:textId="77777777" w:rsidR="0015334E" w:rsidRDefault="00000000">
      <w:pPr>
        <w:spacing w:after="160" w:line="259" w:lineRule="auto"/>
      </w:pPr>
      <w:r>
        <w:rPr>
          <w:b/>
        </w:rPr>
        <w:t>👨‍👩‍👧 Mit lát a gyermekünk az online térben – és mit nem látunk mi?</w:t>
      </w:r>
    </w:p>
    <w:p w14:paraId="77D4D7F7" w14:textId="77777777" w:rsidR="0015334E" w:rsidRDefault="00000000">
      <w:pPr>
        <w:spacing w:after="160" w:line="259" w:lineRule="auto"/>
      </w:pPr>
      <w:r>
        <w:t>A közösségi média, az online játékok, a cyberbullying és az internetes megtévesztések új helyzeteket teremtenek a családok számára. A rendőrség illetékes munkatársának előadásán gyakorlati tanácsokat kaphatunk ahhoz, hogyan ismerjük fel a figyelmeztető jeleket, és hogyan beszéljünk ezekről a gyerekekkel.</w:t>
      </w:r>
    </w:p>
    <w:p w14:paraId="3B6E26CD" w14:textId="57EBA87A" w:rsidR="0015334E" w:rsidRDefault="00000000" w:rsidP="00166459">
      <w:pPr>
        <w:spacing w:after="160" w:line="259" w:lineRule="auto"/>
      </w:pPr>
      <w:r>
        <w:t xml:space="preserve">📍 </w:t>
      </w:r>
      <w:proofErr w:type="spellStart"/>
      <w:r>
        <w:t>Helyszín</w:t>
      </w:r>
      <w:proofErr w:type="spellEnd"/>
      <w:r>
        <w:t xml:space="preserve">: </w:t>
      </w:r>
      <w:r w:rsidR="00166459">
        <w:t>MERNYEI INTEGRÁLT SZOCIÁLIS</w:t>
      </w:r>
      <w:r w:rsidR="00166459">
        <w:t xml:space="preserve"> </w:t>
      </w:r>
      <w:r w:rsidR="00166459">
        <w:t>KÖZPONT</w:t>
      </w:r>
      <w:r w:rsidR="00166459">
        <w:t>, Mernye, Petőfi S. u. 49</w:t>
      </w:r>
      <w:r>
        <w:br/>
        <w:t xml:space="preserve">🕒 </w:t>
      </w:r>
      <w:proofErr w:type="spellStart"/>
      <w:r>
        <w:t>Időpont</w:t>
      </w:r>
      <w:proofErr w:type="spellEnd"/>
      <w:r>
        <w:t>: 2026. október 5. 15:00</w:t>
      </w:r>
      <w:r>
        <w:br/>
        <w:t>👥 Célcsoport: szülők</w:t>
      </w:r>
    </w:p>
    <w:p w14:paraId="0BD35AEC" w14:textId="77777777" w:rsidR="0015334E" w:rsidRDefault="00000000">
      <w:pPr>
        <w:spacing w:after="160" w:line="259" w:lineRule="auto"/>
      </w:pPr>
      <w:r>
        <w:t>A program a</w:t>
      </w:r>
      <w:r>
        <w:br/>
        <w:t>„Helyi humán fejlesztések Igal, Mernye, Ráksi, Szentgáloskér és Szorosad térségében”</w:t>
      </w:r>
      <w:r>
        <w:br/>
        <w:t>című, TOP_PLUSZ-3.1.3-23-SO1-2024-00007 azonosítószámú projekt keretében valósul meg.</w:t>
      </w:r>
    </w:p>
    <w:p w14:paraId="4653B80C" w14:textId="77777777" w:rsidR="0015334E" w:rsidRDefault="00000000">
      <w:pPr>
        <w:spacing w:after="160" w:line="259" w:lineRule="auto"/>
      </w:pPr>
      <w:r>
        <w:t>🇪🇺 A projekt az Európai Unió támogatásával és a magyar állam társfinanszírozásával, a Széchenyi Terv Plusz program keretében valósul meg.</w:t>
      </w:r>
    </w:p>
    <w:p w14:paraId="14C87390" w14:textId="77777777" w:rsidR="0015334E" w:rsidRDefault="00000000">
      <w:pPr>
        <w:spacing w:after="160" w:line="259" w:lineRule="auto"/>
      </w:pPr>
      <w:r>
        <w:t>#bűnmegelőzés #Mernye #szülők #gyermekbiztonság #onlinebiztonság</w:t>
      </w:r>
    </w:p>
    <w:sectPr w:rsidR="0015334E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3035435">
    <w:abstractNumId w:val="8"/>
  </w:num>
  <w:num w:numId="2" w16cid:durableId="1078669036">
    <w:abstractNumId w:val="6"/>
  </w:num>
  <w:num w:numId="3" w16cid:durableId="1045836077">
    <w:abstractNumId w:val="5"/>
  </w:num>
  <w:num w:numId="4" w16cid:durableId="1360358110">
    <w:abstractNumId w:val="4"/>
  </w:num>
  <w:num w:numId="5" w16cid:durableId="636375959">
    <w:abstractNumId w:val="7"/>
  </w:num>
  <w:num w:numId="6" w16cid:durableId="1485968966">
    <w:abstractNumId w:val="3"/>
  </w:num>
  <w:num w:numId="7" w16cid:durableId="1107699010">
    <w:abstractNumId w:val="2"/>
  </w:num>
  <w:num w:numId="8" w16cid:durableId="1217205173">
    <w:abstractNumId w:val="1"/>
  </w:num>
  <w:num w:numId="9" w16cid:durableId="2003853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334E"/>
    <w:rsid w:val="00166459"/>
    <w:rsid w:val="0029639D"/>
    <w:rsid w:val="00326F90"/>
    <w:rsid w:val="004539C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7264F0"/>
  <w14:defaultImageDpi w14:val="300"/>
  <w15:docId w15:val="{750A8A43-97C9-4842-A8DA-CBC1AE7A4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rPr>
      <w:rFonts w:ascii="Arial" w:eastAsia="Arial" w:hAnsi="Arial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Sárd Somogy</cp:lastModifiedBy>
  <cp:revision>2</cp:revision>
  <dcterms:created xsi:type="dcterms:W3CDTF">2013-12-23T23:15:00Z</dcterms:created>
  <dcterms:modified xsi:type="dcterms:W3CDTF">2026-10-01T11:26:00Z</dcterms:modified>
  <cp:category/>
</cp:coreProperties>
</file>